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בעין דור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(קשת ומגן) · 2–ג (שמואל) · 3–א (ייאוש נורא)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שאול הוא מלך. מחר יש מלחמה. בלילה הוא נוסע לאישה מיוחדת. הוא נזכר שהיה רועה. הוא שומע קול של נביא. בבוקר הוא חוזר. | 2) תשובה קצרה לפי הסיכום: שאול הוא מלך. מחר יש מלחמה. בלילה הוא נוסע לאישה מיוחדת. הוא נזכר שהיה רועה. הוא שומע קול של נביא. בבוקר הוא חוזר.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1–ו · 2–ה · 3–ב · 4–ג · 5–ד · 6–א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בעין דור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שאול הוא מלך. מחר יש מלחמה. בלילה הוא נוסע לאישה מיוחדת. הוא נזכר שהיה רועה. הוא שומע קול של נביא. בבוקר הוא חוזר.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שליט של עם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קשת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נשק שיורה חצים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מגן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ששומר בקרב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נביא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שמדבר בשם אלוהים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רועה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שומר על צאן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ייאוש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תקווה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לא לקח שאול איתו?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קשת ומגן     ב. בגדים     ג. 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עולה מבין הרעם והברק?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דוד     ב. יהונתן     ג. שמואל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יש בעיני שאול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ייאוש נורא     ב. פחד     ג. שמחה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במה נזכר שאול?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הוא מרגיש בבוקר?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תקווה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ששומר בקרב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שמדבר בשם אלוהים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נביא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שומר על צאן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רועה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נשק שיורה חצים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ייאוש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שליט של עם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שאול 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ומוכיח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בעלת האוב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שמואל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טרגי ומיואש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יש רגעים שבהם אנחנו מתגעגעים לגרסה פשוטה יותר של עצמנו?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בעין דור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