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בת הרב ואמה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(בצל הקיר) · 2–ג (עשרים) · 3–ב (רמז קודר וסוף פתוח) · 4–א (בת ואמא) · 5–א (אביר)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(האם – חרדה ומגוננת)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1) הבת והאם; הבת פונה "אמי, אמי!" והאם עונה "בתי, בתי!" לסירוגין. | 2) שהוא מוכן לוותר על הכול בשבילה, שאינו אוכל ואינו ישן, ושיעטוף אותה ברקמה ובשרשרת זהב. | 3) שהיא בת לדורות רבים של רבנים.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2–ד · 3–ב · 4–א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1–דיאלוג · 2–ניגוד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הבת רואה אהבה, תשוקה ויופי; האם רואה סכנה למשפחה ולקהילה ואובדן הבת. הניגוד בין שני הקולות הוא לב הבלדה.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7: אצל הבת הם סימן לאהבה ולמעמד; אצל האם הם יהפכו לחלק מסוף מר. המעבר הזה מיופי לאסון יוצר אירוניה טרגית.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8: תשובה פתוחה: אפשר להזדהות עם האהבה והחופש של הבת, ואפשר עם החרדה והאחריות של האם. עודדו הבנה של שני הצדדים.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9: מחוון קצר: שמירה על פרטי העלילה (3), נקודת מבט עקבית (3), תיאור רגשות ומחשבות (2), לשון ופיסוק (2).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שאלה לדיון בכיתה: איך אפשר להקשיב לאדם שאכפת לנו ממנו, כשהוא אומר משהו שאנחנו לא רוצים לשמוע?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הסיטו את הדיון ליחסי הורים וילדים ולהקשבה; הימנעו מדיון בקבוצות של ימינו.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בת הרב ואמה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הבת מספרת לאמה בהתרגשות שהאביר הנוכרי שוב כאן, מחכה בצל הקיר יום ולילה. האם נבהלת ומקוננת על היום שבו ראה אותה. הבת מספרת מה האביר אומר: שהוא מוכן לוותר על הכול למענה, שהוא לא אוכל ולא ישן, שיעטוף אותה ברקמה ובשרשרת זהב. ועל כל דבר כזה האם עונה בחרדה ובתוגה: את בת לדורות של רבנים, הבית כבר נתון במצור, והשרשרת והרקמה לא יגנו עלייך. הבלדה נגמרת ברמז קודר לגורל מר שמחכה לבת.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מסתתר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ביער     ב. בצל הקיר     ג. בארמון     ד. בים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דורות של רבנים מזכירה האם?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שלושה     ב. עשרה     ג. עשרים     ד. מאה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מאפיין את סוף הבלדה?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חתונה שמחה     ב. רמז קודר וסוף פתוח     ג. האביר עוזב     ד. הבת בורחת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מי מדבר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בת ואמא     ב. שני אחים     ג. מלך ושר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מי מחכה ליד הקיר?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אביר     ב. כלב     ג. שכן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קראו כל צמד: דמות – תכונה. סמנו נכון או לא נכון. אם לא נכון – כתבו את התכונה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תיקון (אם לא נכון)</w:t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 – מתאהב ומסוכן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הבת – מאוהבת ותמימה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 – מתאהב ומסוכן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ענו במשפט או שניים.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משתתפות בשיחה ובאיזה מבנה?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האביר מבטיח לבת?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אומרת האם על משפחתה של הבת?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כל כלי ספרותי לדוגמה שלו מן היצירה. כתבו את האות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כלי ספרותי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 מן היצירה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דיאלוג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אהבה אסורה, אווירה של סכנה, בתים קצרים ומוזיקליים וסוף טרגי פתוח.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חזרות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התלהבות הבת מול חרדת האם; יופי הזהב והרקמה מול הגורל המר.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ניגוד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הבלדה כולה שיחה בין בת לאם, בלי מספר, כמו בבלדות העממיות.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מאפייני בלדה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הפניות החוזרות "אמי, אמי!" ו"בתי, בתי!" פועלות כפזמון ומבליטות את ההבדל בין הקולות.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דיאלוג   |   מוסר השכל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שיחה בין דמויות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האופן שבו הבת רואה את האביר לבין האופן שבו האם רואה אותו?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7.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כיצד התכשיטים והבגדים היפים משנים משמעות בבית האחרון?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8. שאלת הערכה – הביעו עמדה ונמקו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עם מי אתם מזדהים יותר – הבת או האם? נמקו.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9. משימת כתיבה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בית נוסף לבלדה, שבו הבת מגיבה לבית האחרון של האם. האם היא משתכנעת? באותו מבנה: "אמי, אמי!" ותשובת האם.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בת הרב ואמה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כתבו שני מאפיינים של בלדה ודוגמה לכל אחד מהבלדות שקראנו.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איזה פער בבלדה של היום הייתם רוצים "למלא" ואיך?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ההבדל בין בלדה עממית לבלדה ספרותית?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